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D025B" w14:textId="77777777" w:rsidR="00A549CB" w:rsidRPr="00A549CB" w:rsidRDefault="00A549CB" w:rsidP="00A549CB">
      <w:pPr>
        <w:bidi/>
        <w:spacing w:after="0"/>
        <w:jc w:val="center"/>
        <w:rPr>
          <w:bCs/>
          <w:sz w:val="24"/>
          <w:szCs w:val="24"/>
        </w:rPr>
      </w:pPr>
      <w:bookmarkStart w:id="0" w:name="_Hlk238922601"/>
      <w:r w:rsidRPr="00A549CB">
        <w:rPr>
          <w:rFonts w:eastAsia="Arial"/>
          <w:bCs/>
          <w:color w:val="1F4E78"/>
          <w:sz w:val="24"/>
          <w:szCs w:val="24"/>
          <w:rtl/>
        </w:rPr>
        <w:t>سجل تقويم أداء الطالب لمباحث العلوم (سجل العلامات الجانبي / التقويم المستمر)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31"/>
        <w:gridCol w:w="4031"/>
        <w:gridCol w:w="4031"/>
        <w:gridCol w:w="3883"/>
      </w:tblGrid>
      <w:tr w:rsidR="00A549CB" w14:paraId="7EF7E251" w14:textId="77777777" w:rsidTr="00A549CB">
        <w:trPr>
          <w:trHeight w:hRule="exact" w:val="418"/>
          <w:jc w:val="center"/>
        </w:trPr>
        <w:tc>
          <w:tcPr>
            <w:tcW w:w="40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C022F8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العام الدراسي: 2026/2027</w:t>
            </w:r>
          </w:p>
        </w:tc>
        <w:tc>
          <w:tcPr>
            <w:tcW w:w="40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90A49A1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الفصل الدراسي: الأول / الثاني</w:t>
            </w:r>
          </w:p>
        </w:tc>
        <w:tc>
          <w:tcPr>
            <w:tcW w:w="40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B76E8C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الصف / الشعبة: ........................</w:t>
            </w:r>
          </w:p>
        </w:tc>
        <w:tc>
          <w:tcPr>
            <w:tcW w:w="3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18A828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المبحث: ........................</w:t>
            </w:r>
          </w:p>
        </w:tc>
      </w:tr>
    </w:tbl>
    <w:p w14:paraId="1A587953" w14:textId="77777777" w:rsidR="00A549CB" w:rsidRDefault="00A549CB" w:rsidP="00A549CB">
      <w:pPr>
        <w:spacing w:after="0" w:line="24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35"/>
        <w:gridCol w:w="270"/>
        <w:gridCol w:w="4500"/>
        <w:gridCol w:w="270"/>
        <w:gridCol w:w="8820"/>
        <w:gridCol w:w="389"/>
      </w:tblGrid>
      <w:tr w:rsidR="00A549CB" w14:paraId="505D598C" w14:textId="77777777" w:rsidTr="00AD7CFB">
        <w:trPr>
          <w:trHeight w:hRule="exact" w:val="360"/>
          <w:jc w:val="center"/>
        </w:trPr>
        <w:tc>
          <w:tcPr>
            <w:tcW w:w="2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3316AE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20"/>
                <w:rtl/>
              </w:rPr>
              <w:t>المهارات / التجارب</w:t>
            </w:r>
          </w:p>
        </w:tc>
        <w:tc>
          <w:tcPr>
            <w:tcW w:w="4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F9ED85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20"/>
                <w:rtl/>
              </w:rPr>
              <w:t>السلوكيات</w:t>
            </w:r>
          </w:p>
        </w:tc>
        <w:tc>
          <w:tcPr>
            <w:tcW w:w="92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19FF21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20"/>
                <w:rtl/>
              </w:rPr>
              <w:t>النتاجات</w:t>
            </w:r>
          </w:p>
        </w:tc>
      </w:tr>
      <w:tr w:rsidR="00A549CB" w14:paraId="5F69DAA2" w14:textId="77777777" w:rsidTr="00AD7CFB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41316B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التصنيف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119C60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1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A90C29" w14:textId="77777777" w:rsidR="00A549CB" w:rsidRDefault="00A549CB" w:rsidP="00AD7CFB">
            <w:pPr>
              <w:bidi/>
              <w:spacing w:after="0" w:line="240" w:lineRule="auto"/>
            </w:pPr>
            <w:r w:rsidRPr="00881B51">
              <w:rPr>
                <w:rFonts w:eastAsia="Arial"/>
                <w:color w:val="000000"/>
                <w:sz w:val="16"/>
                <w:rtl/>
              </w:rPr>
              <w:t>الالتزام بالتعليمات الصفية والمخبرية وقواعد السلامة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4428FC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1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E505D8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1DEF15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1</w:t>
            </w:r>
          </w:p>
        </w:tc>
      </w:tr>
      <w:tr w:rsidR="00A549CB" w14:paraId="4C7FC89B" w14:textId="77777777" w:rsidTr="00AD7CFB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F5692A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القياس وتحليل البيانات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D07B2D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2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123E32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6"/>
                <w:rtl/>
              </w:rPr>
              <w:t>احترام الزملاء وتقبل الرأي الآخر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E8DDA1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2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8B3EAF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F08734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2</w:t>
            </w:r>
          </w:p>
        </w:tc>
      </w:tr>
      <w:tr w:rsidR="00A549CB" w14:paraId="1EBEF91C" w14:textId="77777777" w:rsidTr="00AD7CFB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3FBFAB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الاستنتاج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A8E965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3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0EC591" w14:textId="77777777" w:rsidR="00A549CB" w:rsidRDefault="00A549CB" w:rsidP="00AD7CFB">
            <w:pPr>
              <w:bidi/>
              <w:spacing w:after="0" w:line="240" w:lineRule="auto"/>
            </w:pPr>
            <w:r w:rsidRPr="00881B51">
              <w:rPr>
                <w:rFonts w:eastAsia="Arial"/>
                <w:color w:val="000000"/>
                <w:sz w:val="16"/>
                <w:rtl/>
              </w:rPr>
              <w:t>الالتزام بآداب الحوار والتحدث بأدب واتزان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BE51DF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3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57BE24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2634A8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3</w:t>
            </w:r>
          </w:p>
        </w:tc>
      </w:tr>
      <w:tr w:rsidR="00A549CB" w14:paraId="26369A17" w14:textId="77777777" w:rsidTr="00AD7CFB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67661D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التواصل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CC53030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4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D6907C" w14:textId="77777777" w:rsidR="00A549CB" w:rsidRDefault="00A549CB" w:rsidP="00AD7CFB">
            <w:pPr>
              <w:bidi/>
              <w:spacing w:after="0" w:line="240" w:lineRule="auto"/>
            </w:pPr>
            <w:r w:rsidRPr="00881B51">
              <w:rPr>
                <w:rFonts w:eastAsia="Arial"/>
                <w:color w:val="000000"/>
                <w:sz w:val="16"/>
                <w:rtl/>
              </w:rPr>
              <w:t>الاستعداد للتعلم وإحضار الكتاب والأدوات المطلوبة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719FDE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4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0ED1AE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8EC55E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4</w:t>
            </w:r>
          </w:p>
        </w:tc>
      </w:tr>
      <w:tr w:rsidR="00A549CB" w14:paraId="0B3A1E67" w14:textId="77777777" w:rsidTr="00AD7CFB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C23043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الملاحظة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C22DE5" w14:textId="77777777" w:rsidR="00A549CB" w:rsidRDefault="00A549CB" w:rsidP="00AD7CFB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5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7675C78" w14:textId="77777777" w:rsidR="00A549CB" w:rsidRPr="00672FB4" w:rsidRDefault="00A549CB" w:rsidP="00AD7CFB">
            <w:pPr>
              <w:bidi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ال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 xml:space="preserve">مشاركة </w:t>
            </w:r>
            <w:r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ال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>فاعلة</w:t>
            </w:r>
            <w:r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 xml:space="preserve"> و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 xml:space="preserve">الإيجابية </w:t>
            </w:r>
            <w:r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و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 xml:space="preserve">التعاون في الأنشطة الصفية </w:t>
            </w:r>
            <w:r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و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>الجماع</w:t>
            </w:r>
            <w:r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ية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533CDD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5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52B8E2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8BA4B2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5</w:t>
            </w:r>
          </w:p>
        </w:tc>
      </w:tr>
    </w:tbl>
    <w:p w14:paraId="4FAD11CF" w14:textId="77777777" w:rsidR="00A549CB" w:rsidRDefault="00A549CB" w:rsidP="00A549CB">
      <w:pPr>
        <w:spacing w:after="0" w:line="24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92"/>
        <w:gridCol w:w="630"/>
        <w:gridCol w:w="630"/>
        <w:gridCol w:w="630"/>
        <w:gridCol w:w="540"/>
        <w:gridCol w:w="540"/>
        <w:gridCol w:w="450"/>
        <w:gridCol w:w="540"/>
        <w:gridCol w:w="54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630"/>
        <w:gridCol w:w="720"/>
        <w:gridCol w:w="630"/>
        <w:gridCol w:w="630"/>
        <w:gridCol w:w="2991"/>
        <w:gridCol w:w="604"/>
      </w:tblGrid>
      <w:tr w:rsidR="00A549CB" w14:paraId="23AE94A3" w14:textId="77777777" w:rsidTr="00AD7CFB">
        <w:trPr>
          <w:trHeight w:hRule="exact" w:val="546"/>
          <w:jc w:val="center"/>
        </w:trPr>
        <w:tc>
          <w:tcPr>
            <w:tcW w:w="892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911B79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5"/>
                <w:rtl/>
              </w:rPr>
              <w:t>المجموع</w:t>
            </w:r>
            <w:r>
              <w:rPr>
                <w:rFonts w:eastAsia="Arial"/>
                <w:b/>
                <w:color w:val="FFFFFF"/>
                <w:sz w:val="15"/>
                <w:rtl/>
              </w:rPr>
              <w:br/>
              <w:t>النهائي</w:t>
            </w:r>
            <w:r>
              <w:rPr>
                <w:rFonts w:eastAsia="Arial"/>
                <w:b/>
                <w:color w:val="FFFFFF"/>
                <w:sz w:val="15"/>
                <w:rtl/>
              </w:rPr>
              <w:br/>
              <w:t>100%</w:t>
            </w:r>
          </w:p>
        </w:tc>
        <w:tc>
          <w:tcPr>
            <w:tcW w:w="1260" w:type="dxa"/>
            <w:gridSpan w:val="2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D7D2AB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rtl/>
              </w:rPr>
              <w:t>التقويم النهائي [40%]</w:t>
            </w:r>
          </w:p>
        </w:tc>
        <w:tc>
          <w:tcPr>
            <w:tcW w:w="630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CB99834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4"/>
                <w:rtl/>
              </w:rPr>
              <w:t>مجموع</w:t>
            </w:r>
            <w:r>
              <w:rPr>
                <w:rFonts w:eastAsia="Arial"/>
                <w:b/>
                <w:color w:val="FFFFFF"/>
                <w:sz w:val="14"/>
                <w:rtl/>
              </w:rPr>
              <w:br/>
              <w:t>التقويم الثاني</w:t>
            </w:r>
            <w:r>
              <w:rPr>
                <w:rFonts w:eastAsia="Arial"/>
                <w:b/>
                <w:color w:val="FFFFFF"/>
                <w:sz w:val="14"/>
                <w:rtl/>
              </w:rPr>
              <w:br/>
              <w:t>30</w:t>
            </w:r>
          </w:p>
        </w:tc>
        <w:tc>
          <w:tcPr>
            <w:tcW w:w="8460" w:type="dxa"/>
            <w:gridSpan w:val="17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10D191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rtl/>
              </w:rPr>
              <w:t>التقويم الثاني: أداة التقويم الواقعي المستمر [30%]</w:t>
            </w:r>
          </w:p>
        </w:tc>
        <w:tc>
          <w:tcPr>
            <w:tcW w:w="1260" w:type="dxa"/>
            <w:gridSpan w:val="2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448DE2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rtl/>
              </w:rPr>
              <w:t>التقويم الأول [30%]</w:t>
            </w:r>
          </w:p>
        </w:tc>
        <w:tc>
          <w:tcPr>
            <w:tcW w:w="2991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03C149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  <w:rtl/>
              </w:rPr>
              <w:t>اسم الطالب/ة</w:t>
            </w:r>
          </w:p>
        </w:tc>
        <w:tc>
          <w:tcPr>
            <w:tcW w:w="604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1AF17A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  <w:rtl/>
              </w:rPr>
              <w:t>الرقم</w:t>
            </w:r>
          </w:p>
        </w:tc>
      </w:tr>
      <w:tr w:rsidR="00A549CB" w14:paraId="2D2E0ABA" w14:textId="77777777" w:rsidTr="00AD7CFB">
        <w:trPr>
          <w:trHeight w:hRule="exact" w:val="720"/>
          <w:jc w:val="center"/>
        </w:trPr>
        <w:tc>
          <w:tcPr>
            <w:tcW w:w="892" w:type="dxa"/>
            <w:vMerge/>
          </w:tcPr>
          <w:p w14:paraId="7B88F758" w14:textId="77777777" w:rsidR="00A549CB" w:rsidRDefault="00A549CB" w:rsidP="00AD7CFB"/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085EBC5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عملي /5</w:t>
            </w: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CB2C7B2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نظري /35</w:t>
            </w:r>
          </w:p>
        </w:tc>
        <w:tc>
          <w:tcPr>
            <w:tcW w:w="630" w:type="dxa"/>
            <w:vMerge/>
          </w:tcPr>
          <w:p w14:paraId="31A3DD6B" w14:textId="77777777" w:rsidR="00A549CB" w:rsidRDefault="00A549CB" w:rsidP="00AD7CFB"/>
        </w:tc>
        <w:tc>
          <w:tcPr>
            <w:tcW w:w="2610" w:type="dxa"/>
            <w:gridSpan w:val="5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721EF8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السلوكيات /5</w:t>
            </w:r>
            <w:r>
              <w:rPr>
                <w:rFonts w:eastAsia="Arial"/>
                <w:color w:val="FFFFFF"/>
                <w:sz w:val="16"/>
                <w:rtl/>
              </w:rPr>
              <w:br/>
              <w:t>(1 لكل سلوك)</w:t>
            </w:r>
          </w:p>
        </w:tc>
        <w:tc>
          <w:tcPr>
            <w:tcW w:w="2250" w:type="dxa"/>
            <w:gridSpan w:val="5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1B0CC7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المهارات /5</w:t>
            </w:r>
            <w:r>
              <w:rPr>
                <w:rFonts w:eastAsia="Arial"/>
                <w:color w:val="FFFFFF"/>
                <w:sz w:val="16"/>
                <w:rtl/>
              </w:rPr>
              <w:br/>
              <w:t>(1 لكل مهارة)</w:t>
            </w:r>
          </w:p>
        </w:tc>
        <w:tc>
          <w:tcPr>
            <w:tcW w:w="2250" w:type="dxa"/>
            <w:gridSpan w:val="5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C5EB5D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النتاجات /10</w:t>
            </w:r>
            <w:r>
              <w:rPr>
                <w:rFonts w:eastAsia="Arial"/>
                <w:color w:val="FFFFFF"/>
                <w:sz w:val="16"/>
                <w:rtl/>
              </w:rPr>
              <w:br/>
              <w:t>(2 لكل نتاج)</w:t>
            </w:r>
          </w:p>
        </w:tc>
        <w:tc>
          <w:tcPr>
            <w:tcW w:w="630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E303AF" w14:textId="77777777" w:rsidR="00A549CB" w:rsidRPr="00EC7FD9" w:rsidRDefault="00A549CB" w:rsidP="00AD7CFB">
            <w:pPr>
              <w:bidi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C7FD9">
              <w:rPr>
                <w:rFonts w:eastAsia="Arial"/>
                <w:b/>
                <w:bCs/>
                <w:color w:val="FFFFFF"/>
                <w:sz w:val="20"/>
                <w:szCs w:val="20"/>
                <w:rtl/>
              </w:rPr>
              <w:t>الواجبات</w:t>
            </w:r>
            <w:r w:rsidRPr="00EC7FD9">
              <w:rPr>
                <w:rFonts w:eastAsia="Arial"/>
                <w:b/>
                <w:bCs/>
                <w:color w:val="FFFFFF"/>
                <w:sz w:val="20"/>
                <w:szCs w:val="20"/>
                <w:rtl/>
              </w:rPr>
              <w:br/>
              <w:t>/5</w:t>
            </w:r>
          </w:p>
        </w:tc>
        <w:tc>
          <w:tcPr>
            <w:tcW w:w="720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11338E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5"/>
                <w:rtl/>
              </w:rPr>
              <w:t>اختبارات</w:t>
            </w:r>
            <w:r>
              <w:rPr>
                <w:rFonts w:eastAsia="Arial"/>
                <w:color w:val="FFFFFF"/>
                <w:sz w:val="15"/>
                <w:rtl/>
              </w:rPr>
              <w:br/>
              <w:t>قصيرة /5</w:t>
            </w: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F3A667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عملي /5</w:t>
            </w: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4392C4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نظري /25</w:t>
            </w:r>
          </w:p>
        </w:tc>
        <w:tc>
          <w:tcPr>
            <w:tcW w:w="2991" w:type="dxa"/>
            <w:vMerge/>
          </w:tcPr>
          <w:p w14:paraId="75621868" w14:textId="77777777" w:rsidR="00A549CB" w:rsidRDefault="00A549CB" w:rsidP="00AD7CFB"/>
        </w:tc>
        <w:tc>
          <w:tcPr>
            <w:tcW w:w="604" w:type="dxa"/>
            <w:vMerge/>
          </w:tcPr>
          <w:p w14:paraId="4F4F3842" w14:textId="77777777" w:rsidR="00A549CB" w:rsidRDefault="00A549CB" w:rsidP="00AD7CFB"/>
        </w:tc>
      </w:tr>
      <w:tr w:rsidR="00A549CB" w14:paraId="112A4F4C" w14:textId="77777777" w:rsidTr="00AD7CFB">
        <w:trPr>
          <w:trHeight w:hRule="exact" w:val="321"/>
          <w:jc w:val="center"/>
        </w:trPr>
        <w:tc>
          <w:tcPr>
            <w:tcW w:w="892" w:type="dxa"/>
            <w:vMerge/>
          </w:tcPr>
          <w:p w14:paraId="5A5E57BD" w14:textId="77777777" w:rsidR="00A549CB" w:rsidRDefault="00A549CB" w:rsidP="00AD7CFB"/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58C32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4392A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vMerge/>
          </w:tcPr>
          <w:p w14:paraId="735EB2B6" w14:textId="77777777" w:rsidR="00A549CB" w:rsidRDefault="00A549CB" w:rsidP="00AD7CFB"/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FAF558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5</w:t>
            </w: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A2E2F2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4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E93DAC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3</w:t>
            </w: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5EFCE91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2</w:t>
            </w: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D47DC6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1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E9DA63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5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6BF06A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4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F2F44A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3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92964D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2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9CAC29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1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8596D5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5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F83F7A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4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1A7D37B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3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68FD4F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2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CAA18D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1</w:t>
            </w:r>
          </w:p>
        </w:tc>
        <w:tc>
          <w:tcPr>
            <w:tcW w:w="630" w:type="dxa"/>
            <w:vMerge/>
          </w:tcPr>
          <w:p w14:paraId="04A4A6F9" w14:textId="77777777" w:rsidR="00A549CB" w:rsidRDefault="00A549CB" w:rsidP="00AD7CFB"/>
        </w:tc>
        <w:tc>
          <w:tcPr>
            <w:tcW w:w="720" w:type="dxa"/>
            <w:vMerge/>
          </w:tcPr>
          <w:p w14:paraId="3BA63E9A" w14:textId="77777777" w:rsidR="00A549CB" w:rsidRDefault="00A549CB" w:rsidP="00AD7CFB"/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BC70D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429CB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vMerge/>
          </w:tcPr>
          <w:p w14:paraId="5983B907" w14:textId="77777777" w:rsidR="00A549CB" w:rsidRDefault="00A549CB" w:rsidP="00AD7CFB"/>
        </w:tc>
        <w:tc>
          <w:tcPr>
            <w:tcW w:w="604" w:type="dxa"/>
            <w:vMerge/>
          </w:tcPr>
          <w:p w14:paraId="2D5E2E7D" w14:textId="77777777" w:rsidR="00A549CB" w:rsidRDefault="00A549CB" w:rsidP="00AD7CFB"/>
        </w:tc>
      </w:tr>
      <w:tr w:rsidR="00A549CB" w14:paraId="5002494C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30E0F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32383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A39EC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0FEBE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D8BC4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BBC9B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35FD6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46E0F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310C1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AAB12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A5A8E8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1B238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2E619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61864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69887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A5374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46F31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E90D2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A9F46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11AA1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B8428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6DCF1A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2FB83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2BAC4F6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222E6EF" w14:textId="21C326EB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1</w:t>
            </w:r>
          </w:p>
        </w:tc>
      </w:tr>
      <w:tr w:rsidR="00A549CB" w14:paraId="4B04080E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C2C6B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4E601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C8B3F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ABD26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B363F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0DDE5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181FA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8408C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51F83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AD013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15937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C83F2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2BE16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743B7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1AEDE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26437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F6DFB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F0F46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DDD2F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F40223" w14:textId="7777777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02C47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37FB9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BAF0E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B96240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FB2D41" w14:textId="56B8BE17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</w:t>
            </w:r>
          </w:p>
        </w:tc>
      </w:tr>
      <w:tr w:rsidR="00A549CB" w14:paraId="6EA96A21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B5DB3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A8074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2B11A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51AAD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14766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0EA43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BE62D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E2A6E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2A9D4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DF813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56CA9B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B8AF9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36392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3C926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CA04A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622AA6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F022F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790BC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C5D32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4203F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9EE63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F16F8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50F28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73EB86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1F310C" w14:textId="08616574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</w:t>
            </w:r>
          </w:p>
        </w:tc>
      </w:tr>
      <w:tr w:rsidR="00A549CB" w14:paraId="7DC0AABB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596CD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B19A3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764B0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A285E7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BC29A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960D1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181BC2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1CA50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F3BB2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5EED2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BDD1C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C25B7D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0B0A1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88E599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10A64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C83EF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23B07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369EC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76EDD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8E78D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5BEAAF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B2B8C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67705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4E002A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693270" w14:textId="390ADEB0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4</w:t>
            </w:r>
          </w:p>
        </w:tc>
      </w:tr>
      <w:tr w:rsidR="00A549CB" w14:paraId="1B31282F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62C30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E1414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9146A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50986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F2E36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0A1A2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99B45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A9331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19FB5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CCB19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C5DE6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F1C22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B2168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7161F8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C3DDD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21BD7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6D976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5728B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C1883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926A8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0CEB9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B7156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4BD4C4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238E7D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81E3DAE" w14:textId="43300785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5</w:t>
            </w:r>
          </w:p>
        </w:tc>
      </w:tr>
      <w:tr w:rsidR="00A549CB" w14:paraId="4C4D743E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DF631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E98F9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37A2E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72219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0802A6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E764E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1676D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DAD5A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441C1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F5D0A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52890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5EF29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8E1F3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4F707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99907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490BC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55177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7167E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ACBE2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07837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4BF10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C6B8B1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4C3C58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7C98A9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F99171" w14:textId="249D4346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6</w:t>
            </w:r>
          </w:p>
        </w:tc>
      </w:tr>
      <w:tr w:rsidR="00A549CB" w14:paraId="324D28F1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71405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BE574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27C49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ADC7B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D3C92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D8481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5358C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682896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DE724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D33F0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24ACB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03519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5D9E3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8A883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981AF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4F5B1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6711C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2283A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2218A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E1991B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F816D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90E53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B7124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45F635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0307BF" w14:textId="402A929F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7</w:t>
            </w:r>
          </w:p>
        </w:tc>
      </w:tr>
      <w:tr w:rsidR="00A549CB" w14:paraId="1E7E9F2F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528777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7B3EB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218DF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50A30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8C5E6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0D605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34DC4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F3ED3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DFDA6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CB6F3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76BF9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A9FD9B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6F481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2DB70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D3807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F4A89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F5057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DEB6A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A125FD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DF38AE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24AAE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BDBB8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D0392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2D8AD3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338B94" w14:textId="3C47AE76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8</w:t>
            </w:r>
          </w:p>
        </w:tc>
      </w:tr>
      <w:tr w:rsidR="00A549CB" w14:paraId="468734B9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AD8F8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6957B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56B73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BF613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01699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3C0A2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C5DC37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20BBD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D4155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44188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6CDB8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2F0C5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F8F27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7BAEE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F1B9A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6CDF9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9CA711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61FD1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3629F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0F61E0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EA350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01228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95D4A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0CEFEE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5D3356" w14:textId="24FCB066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9</w:t>
            </w:r>
          </w:p>
        </w:tc>
      </w:tr>
      <w:tr w:rsidR="00A549CB" w14:paraId="145F891A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FE65D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94B6C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34BE7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7AE04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FAB48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EB488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4A151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18207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A1906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2CA05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10384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E4B82E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EA084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4D3BC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FB17E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D11E9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8F2B5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7EBA6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C2607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FC1EB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C32DF4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AD1C6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27ABA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EF118C2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4FA452" w14:textId="0493E8E0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0</w:t>
            </w:r>
          </w:p>
        </w:tc>
      </w:tr>
      <w:tr w:rsidR="00A549CB" w14:paraId="0FB4A5F4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1B5D7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DDB92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160BD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D08FF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30E42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ADA70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EE735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CCA83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5E930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3C860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EFBE9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6FC28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087ACA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F7989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8A6112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EDE54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280DCC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A1D8E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0B6C1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13D809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7B3EC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253AC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4CCB5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620D943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3BBC53" w14:textId="3A8623FD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1</w:t>
            </w:r>
          </w:p>
        </w:tc>
      </w:tr>
      <w:tr w:rsidR="00A549CB" w14:paraId="33E533A8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4F476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72F20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0BB54C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AF26A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6B043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8DFA7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0CDFA0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FD1A5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E79A1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0F26F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56BDE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C1120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DD63B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47672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94C3C4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B20B4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664F5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FECC8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F9C7C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E725B6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28B81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2A023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A4185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461D43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DD8FDF" w14:textId="1F025A6C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2</w:t>
            </w:r>
          </w:p>
        </w:tc>
      </w:tr>
      <w:tr w:rsidR="00A549CB" w14:paraId="7A810F34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FB7F1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482F2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46179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0360E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A888F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9AE41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2D0BF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30D2C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120FA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EF55D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BC8FE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E8EAA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67E034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51482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4A26A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B9EC1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A3589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8A8D1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52BAD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D59E2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20D07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E9B1E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5ADAD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8B1200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3E48F1" w14:textId="7C84F8DE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3</w:t>
            </w:r>
          </w:p>
        </w:tc>
      </w:tr>
      <w:tr w:rsidR="00A549CB" w14:paraId="4FEB5FC8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312CE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95AE2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470C7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B7476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3BA13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A3E66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CA3B0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477E4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C4DBA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2BC91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CF853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36C92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D0ABA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55D32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923C7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2644A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25511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A52B6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7E3FB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60408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975E9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14BCD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9E792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9B75BD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008497" w14:textId="507BE9FA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4</w:t>
            </w:r>
          </w:p>
        </w:tc>
      </w:tr>
      <w:tr w:rsidR="00A549CB" w14:paraId="0B555B78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C66E1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79906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8A51CB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14BE19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1A256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1A18E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139C45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2CF0A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19FED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52E18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A2432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CF6B32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43379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B912B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10F04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DE5A7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41411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6A586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CF6EB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D66A6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BB91D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D6719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D1A10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1C43B9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5EB512" w14:textId="77C74420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5</w:t>
            </w:r>
          </w:p>
        </w:tc>
      </w:tr>
      <w:tr w:rsidR="00A549CB" w14:paraId="1C12ACEC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A2BB9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03AE7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496C9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D8AB4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2EF64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AB63A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19DCC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3858B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AF95A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0D249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40ED6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DF4AC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44720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D7908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D0229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CB163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208B1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84809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450FA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76060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9D2451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2B1313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B9C4C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BDD550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AD368D" w14:textId="75D8C2F1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6</w:t>
            </w:r>
          </w:p>
        </w:tc>
      </w:tr>
      <w:tr w:rsidR="00A549CB" w14:paraId="11B2E353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808A3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43277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C4DBEA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97A58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B6AB0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CBE3B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ECAC5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9C67E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4B3B7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D35650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718FE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A9E94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6745A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E6D62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B1830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FBC77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1FA44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EE0A4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0D923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EAE75C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E96FE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766FC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ABA33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A1B1CD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2ED520" w14:textId="0E726A36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7</w:t>
            </w:r>
          </w:p>
        </w:tc>
      </w:tr>
      <w:tr w:rsidR="00A549CB" w14:paraId="7377A0D7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C7B18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F37C9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FF64D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CBE6C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61C20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5E516E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66A13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443E1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0E89D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C9D6C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40EDC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EDC2B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53593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928D6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C47EDD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E7CB5F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5C87B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CE3A0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964A7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B351D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571E5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34A24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42B5E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48D0D5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804F86" w14:textId="6F7270E5" w:rsidR="00A549CB" w:rsidRDefault="00A549CB" w:rsidP="00AD7CFB">
            <w:pPr>
              <w:bidi/>
              <w:spacing w:after="0" w:line="240" w:lineRule="auto"/>
              <w:jc w:val="center"/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</w:t>
            </w:r>
            <w:r>
              <w:rPr>
                <w:rFonts w:eastAsia="Arial"/>
                <w:b/>
                <w:color w:val="000000"/>
                <w:sz w:val="16"/>
                <w:rtl/>
              </w:rPr>
              <w:t>8</w:t>
            </w:r>
          </w:p>
        </w:tc>
      </w:tr>
      <w:tr w:rsidR="00A549CB" w14:paraId="1F79A672" w14:textId="77777777" w:rsidTr="00A549C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5796F7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47810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2E012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EDEDC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C8049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652D7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8EC7F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9A010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257F1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88AB1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19154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1524945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D194F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4B8FD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0DAA82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712FE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47FEC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04C96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AFD42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6AC48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02E34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D72D3B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EF210C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D3C9DC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F3EA8A" w14:textId="5433560E" w:rsidR="00A549CB" w:rsidRDefault="00A549CB" w:rsidP="00AD7CFB">
            <w:pPr>
              <w:bidi/>
              <w:spacing w:after="0" w:line="240" w:lineRule="auto"/>
              <w:jc w:val="center"/>
              <w:rPr>
                <w:rFonts w:eastAsia="Arial"/>
                <w:b/>
                <w:color w:val="000000"/>
                <w:sz w:val="16"/>
                <w:rtl/>
              </w:rPr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19</w:t>
            </w:r>
          </w:p>
        </w:tc>
      </w:tr>
      <w:tr w:rsidR="00A549CB" w14:paraId="1FF76C8B" w14:textId="77777777" w:rsidTr="00AD7CFB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F335F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6AE4D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D9828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70D23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A3CDCF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F60C41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41049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5ABD33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190FE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845B4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AF63E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19860F8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CCF206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6D813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01B9F9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484D6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CDB732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F99FAD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6F97A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189E8F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8787BA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6EB1C0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A60204" w14:textId="77777777" w:rsidR="00A549CB" w:rsidRDefault="00A549CB" w:rsidP="00AD7CF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A8498A" w14:textId="77777777" w:rsidR="00A549CB" w:rsidRDefault="00A549CB" w:rsidP="00AD7CF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C1A1729" w14:textId="5698973D" w:rsidR="00A549CB" w:rsidRDefault="00A549CB" w:rsidP="00AD7CFB">
            <w:pPr>
              <w:bidi/>
              <w:spacing w:after="0" w:line="240" w:lineRule="auto"/>
              <w:jc w:val="center"/>
              <w:rPr>
                <w:rFonts w:eastAsia="Arial"/>
                <w:b/>
                <w:color w:val="000000"/>
                <w:sz w:val="16"/>
                <w:rtl/>
              </w:rPr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20</w:t>
            </w:r>
          </w:p>
        </w:tc>
      </w:tr>
    </w:tbl>
    <w:p w14:paraId="4F625E27" w14:textId="77777777" w:rsidR="00A549CB" w:rsidRDefault="00A549CB" w:rsidP="00A549CB">
      <w:pPr>
        <w:bidi/>
        <w:spacing w:after="0" w:line="240" w:lineRule="auto"/>
        <w:rPr>
          <w:rFonts w:eastAsia="Arial"/>
          <w:color w:val="000000"/>
          <w:sz w:val="16"/>
        </w:rPr>
      </w:pPr>
      <w:r>
        <w:rPr>
          <w:rFonts w:eastAsia="Arial"/>
          <w:color w:val="000000"/>
          <w:sz w:val="16"/>
        </w:rPr>
        <w:t xml:space="preserve">   </w:t>
      </w:r>
    </w:p>
    <w:p w14:paraId="1AD19A00" w14:textId="77777777" w:rsidR="00A549CB" w:rsidRPr="00A549CB" w:rsidRDefault="00A549CB" w:rsidP="00A549CB">
      <w:pPr>
        <w:bidi/>
        <w:spacing w:after="0" w:line="240" w:lineRule="auto"/>
        <w:rPr>
          <w:rFonts w:eastAsia="Arial"/>
          <w:b/>
          <w:bCs/>
          <w:color w:val="000000"/>
          <w:sz w:val="24"/>
          <w:szCs w:val="24"/>
        </w:rPr>
      </w:pPr>
      <w:bookmarkStart w:id="1" w:name="_Hlk238923616"/>
      <w:bookmarkEnd w:id="0"/>
      <w:r w:rsidRPr="00A549CB">
        <w:rPr>
          <w:rFonts w:eastAsia="Arial"/>
          <w:b/>
          <w:bCs/>
          <w:color w:val="000000"/>
          <w:sz w:val="24"/>
          <w:szCs w:val="24"/>
          <w:rtl/>
        </w:rPr>
        <w:t xml:space="preserve">توزيع </w:t>
      </w:r>
      <w:r>
        <w:rPr>
          <w:rFonts w:eastAsia="Arial" w:hint="cs"/>
          <w:b/>
          <w:bCs/>
          <w:color w:val="000000"/>
          <w:sz w:val="24"/>
          <w:szCs w:val="24"/>
          <w:rtl/>
        </w:rPr>
        <w:t xml:space="preserve">علامات </w:t>
      </w:r>
      <w:r w:rsidRPr="00A549CB">
        <w:rPr>
          <w:rFonts w:eastAsia="Arial"/>
          <w:b/>
          <w:bCs/>
          <w:color w:val="000000"/>
          <w:sz w:val="24"/>
          <w:szCs w:val="24"/>
          <w:rtl/>
        </w:rPr>
        <w:t>التقويم الثاني: اختبارات قصيرة (5) + واجبات (5) + نتاجات (10: علامتان لكل نتاج) + مهارات (5: علامة لكل مهارة) + سلوكيات (5: علامة لكل سلوك) = 30 علامة.</w:t>
      </w:r>
    </w:p>
    <w:p w14:paraId="4A97A00A" w14:textId="77777777" w:rsidR="00A549CB" w:rsidRPr="00A549CB" w:rsidRDefault="00A549CB">
      <w:pPr>
        <w:bidi/>
        <w:spacing w:after="0"/>
        <w:jc w:val="center"/>
        <w:rPr>
          <w:rFonts w:eastAsia="Arial"/>
          <w:b/>
          <w:color w:val="1F4E78"/>
          <w:sz w:val="25"/>
          <w:rtl/>
        </w:rPr>
      </w:pPr>
    </w:p>
    <w:p w14:paraId="628DFD2E" w14:textId="720BD281" w:rsidR="00DF331A" w:rsidRPr="00A549CB" w:rsidRDefault="00AA2FE7" w:rsidP="00A549CB">
      <w:pPr>
        <w:bidi/>
        <w:spacing w:after="0"/>
        <w:jc w:val="center"/>
        <w:rPr>
          <w:bCs/>
          <w:sz w:val="24"/>
          <w:szCs w:val="24"/>
        </w:rPr>
      </w:pPr>
      <w:r w:rsidRPr="00A549CB">
        <w:rPr>
          <w:rFonts w:eastAsia="Arial"/>
          <w:bCs/>
          <w:color w:val="1F4E78"/>
          <w:sz w:val="24"/>
          <w:szCs w:val="24"/>
          <w:rtl/>
        </w:rPr>
        <w:lastRenderedPageBreak/>
        <w:t>سجل تقويم أداء الطالب لمباحث العلوم (سجل العلامات الجانبي / التقويم المستمر)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31"/>
        <w:gridCol w:w="4031"/>
        <w:gridCol w:w="4031"/>
        <w:gridCol w:w="3932"/>
      </w:tblGrid>
      <w:tr w:rsidR="00DF331A" w14:paraId="56CEF631" w14:textId="77777777" w:rsidTr="00C62550">
        <w:trPr>
          <w:trHeight w:hRule="exact" w:val="418"/>
          <w:jc w:val="center"/>
        </w:trPr>
        <w:tc>
          <w:tcPr>
            <w:tcW w:w="40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36CB5D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العام الدراسي: 2026/2027</w:t>
            </w:r>
          </w:p>
        </w:tc>
        <w:tc>
          <w:tcPr>
            <w:tcW w:w="40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24A013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الفصل الدراسي: الأول / الثاني</w:t>
            </w:r>
          </w:p>
        </w:tc>
        <w:tc>
          <w:tcPr>
            <w:tcW w:w="40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1DEB51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الصف / الشعبة: ........................</w:t>
            </w:r>
          </w:p>
        </w:tc>
        <w:tc>
          <w:tcPr>
            <w:tcW w:w="3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D96A4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المبحث: ........................</w:t>
            </w:r>
          </w:p>
        </w:tc>
      </w:tr>
    </w:tbl>
    <w:p w14:paraId="28B3EB8D" w14:textId="77777777" w:rsidR="00DF331A" w:rsidRDefault="00DF331A">
      <w:pPr>
        <w:spacing w:after="0" w:line="24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35"/>
        <w:gridCol w:w="270"/>
        <w:gridCol w:w="4500"/>
        <w:gridCol w:w="270"/>
        <w:gridCol w:w="8820"/>
        <w:gridCol w:w="389"/>
      </w:tblGrid>
      <w:tr w:rsidR="00DF331A" w14:paraId="116E85FD" w14:textId="77777777" w:rsidTr="00881B51">
        <w:trPr>
          <w:trHeight w:hRule="exact" w:val="360"/>
          <w:jc w:val="center"/>
        </w:trPr>
        <w:tc>
          <w:tcPr>
            <w:tcW w:w="2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9605139" w14:textId="77777777" w:rsidR="00DF331A" w:rsidRDefault="00AA2FE7">
            <w:pPr>
              <w:bidi/>
              <w:spacing w:after="0" w:line="240" w:lineRule="auto"/>
              <w:jc w:val="center"/>
            </w:pPr>
            <w:bookmarkStart w:id="2" w:name="_Hlk238921190"/>
            <w:r>
              <w:rPr>
                <w:rFonts w:eastAsia="Arial"/>
                <w:color w:val="FFFFFF"/>
                <w:sz w:val="20"/>
                <w:rtl/>
              </w:rPr>
              <w:t>المهارات / التجارب</w:t>
            </w:r>
          </w:p>
        </w:tc>
        <w:tc>
          <w:tcPr>
            <w:tcW w:w="4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18B8BF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20"/>
                <w:rtl/>
              </w:rPr>
              <w:t>السلوكيات</w:t>
            </w:r>
          </w:p>
        </w:tc>
        <w:tc>
          <w:tcPr>
            <w:tcW w:w="92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74445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20"/>
                <w:rtl/>
              </w:rPr>
              <w:t>النتاجات</w:t>
            </w:r>
          </w:p>
        </w:tc>
      </w:tr>
      <w:tr w:rsidR="00DF331A" w14:paraId="127A64AD" w14:textId="77777777" w:rsidTr="00881B51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8170038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التصنيف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703EDC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1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284195" w14:textId="17D0FDD4" w:rsidR="00DF331A" w:rsidRDefault="00881B51" w:rsidP="00C62550">
            <w:pPr>
              <w:bidi/>
              <w:spacing w:after="0" w:line="240" w:lineRule="auto"/>
            </w:pPr>
            <w:r w:rsidRPr="00881B51">
              <w:rPr>
                <w:rFonts w:eastAsia="Arial"/>
                <w:color w:val="000000"/>
                <w:sz w:val="16"/>
                <w:rtl/>
              </w:rPr>
              <w:t>الالتزام بالتعليمات الصفية والمخبرية وقواعد السلامة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68CBCB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1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5EFC58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038E64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1</w:t>
            </w:r>
          </w:p>
        </w:tc>
      </w:tr>
      <w:tr w:rsidR="00DF331A" w14:paraId="525D9CFE" w14:textId="77777777" w:rsidTr="00881B51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750C39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القياس وتحليل البيانات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62DC92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2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B49C3D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6"/>
                <w:rtl/>
              </w:rPr>
              <w:t>احترام الزملاء وتقبل الرأي الآخر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DAA9C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2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AFF40F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32C933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2</w:t>
            </w:r>
          </w:p>
        </w:tc>
      </w:tr>
      <w:tr w:rsidR="00DF331A" w14:paraId="01B7D131" w14:textId="77777777" w:rsidTr="00881B51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5C9297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الاستنتاج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708E49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3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0F61DC" w14:textId="53750F38" w:rsidR="00DF331A" w:rsidRDefault="00881B51" w:rsidP="00C62550">
            <w:pPr>
              <w:bidi/>
              <w:spacing w:after="0" w:line="240" w:lineRule="auto"/>
            </w:pPr>
            <w:r w:rsidRPr="00881B51">
              <w:rPr>
                <w:rFonts w:eastAsia="Arial"/>
                <w:color w:val="000000"/>
                <w:sz w:val="16"/>
                <w:rtl/>
              </w:rPr>
              <w:t>الالتزام بآداب الحوار والتحدث بأدب واتزان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29F882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3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92F66ED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8C4174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3</w:t>
            </w:r>
          </w:p>
        </w:tc>
      </w:tr>
      <w:tr w:rsidR="00DF331A" w14:paraId="75F8F8B8" w14:textId="77777777" w:rsidTr="00881B51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E0F44F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التواصل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093452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4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29126A" w14:textId="7A48B358" w:rsidR="00DF331A" w:rsidRDefault="00881B51" w:rsidP="00C62550">
            <w:pPr>
              <w:bidi/>
              <w:spacing w:after="0" w:line="240" w:lineRule="auto"/>
            </w:pPr>
            <w:r w:rsidRPr="00881B51">
              <w:rPr>
                <w:rFonts w:eastAsia="Arial"/>
                <w:color w:val="000000"/>
                <w:sz w:val="16"/>
                <w:rtl/>
              </w:rPr>
              <w:t>الاستعداد للتعلم وإحضار الكتاب والأدوات المطلوبة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B43C8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4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8306F1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AE4E26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4</w:t>
            </w:r>
          </w:p>
        </w:tc>
      </w:tr>
      <w:tr w:rsidR="00DF331A" w14:paraId="30C0D1E4" w14:textId="77777777" w:rsidTr="00881B51">
        <w:trPr>
          <w:trHeight w:hRule="exact" w:val="346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6AA0DA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sz w:val="17"/>
                <w:rtl/>
              </w:rPr>
              <w:t>الملاحظة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A9CEB1" w14:textId="77777777" w:rsidR="00DF331A" w:rsidRDefault="00AA2FE7" w:rsidP="00C62550">
            <w:pPr>
              <w:bidi/>
              <w:spacing w:after="0" w:line="240" w:lineRule="auto"/>
            </w:pPr>
            <w:r>
              <w:rPr>
                <w:rFonts w:eastAsia="Arial"/>
                <w:color w:val="000000"/>
                <w:rtl/>
              </w:rPr>
              <w:t>5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6B541D" w14:textId="2B4F9EDD" w:rsidR="00DF331A" w:rsidRPr="00672FB4" w:rsidRDefault="00881B51" w:rsidP="00C62550">
            <w:pPr>
              <w:bidi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ال</w:t>
            </w:r>
            <w:r w:rsidR="00AA2FE7"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 xml:space="preserve">مشاركة </w:t>
            </w:r>
            <w:r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ال</w:t>
            </w:r>
            <w:r w:rsidR="00AA2FE7"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>فاعلة</w:t>
            </w:r>
            <w:r w:rsid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 xml:space="preserve"> و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 xml:space="preserve">الإيجابية </w:t>
            </w:r>
            <w:r w:rsid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و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 xml:space="preserve">التعاون في الأنشطة الصفية </w:t>
            </w:r>
            <w:r w:rsidR="00672FB4"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و</w:t>
            </w:r>
            <w:r w:rsidRPr="00672FB4">
              <w:rPr>
                <w:rFonts w:eastAsia="Arial"/>
                <w:b/>
                <w:bCs/>
                <w:color w:val="000000"/>
                <w:sz w:val="20"/>
                <w:szCs w:val="20"/>
                <w:rtl/>
              </w:rPr>
              <w:t>الجماع</w:t>
            </w:r>
            <w:r w:rsidR="00672FB4" w:rsidRPr="00672FB4">
              <w:rPr>
                <w:rFonts w:eastAsia="Arial" w:hint="cs"/>
                <w:b/>
                <w:bCs/>
                <w:color w:val="000000"/>
                <w:sz w:val="20"/>
                <w:szCs w:val="20"/>
                <w:rtl/>
              </w:rPr>
              <w:t>ية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86A11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5</w:t>
            </w:r>
          </w:p>
        </w:tc>
        <w:tc>
          <w:tcPr>
            <w:tcW w:w="8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DEF747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C1254C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000000"/>
                <w:rtl/>
              </w:rPr>
              <w:t>5</w:t>
            </w:r>
          </w:p>
        </w:tc>
      </w:tr>
      <w:bookmarkEnd w:id="2"/>
    </w:tbl>
    <w:p w14:paraId="7040E647" w14:textId="77777777" w:rsidR="00DF331A" w:rsidRDefault="00DF331A">
      <w:pPr>
        <w:spacing w:after="0" w:line="24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92"/>
        <w:gridCol w:w="630"/>
        <w:gridCol w:w="630"/>
        <w:gridCol w:w="630"/>
        <w:gridCol w:w="540"/>
        <w:gridCol w:w="540"/>
        <w:gridCol w:w="450"/>
        <w:gridCol w:w="540"/>
        <w:gridCol w:w="54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630"/>
        <w:gridCol w:w="720"/>
        <w:gridCol w:w="630"/>
        <w:gridCol w:w="630"/>
        <w:gridCol w:w="2991"/>
        <w:gridCol w:w="604"/>
      </w:tblGrid>
      <w:tr w:rsidR="00DF331A" w14:paraId="45BE22E1" w14:textId="77777777" w:rsidTr="002F3DF4">
        <w:trPr>
          <w:trHeight w:hRule="exact" w:val="546"/>
          <w:jc w:val="center"/>
        </w:trPr>
        <w:tc>
          <w:tcPr>
            <w:tcW w:w="892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CF1274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5"/>
                <w:rtl/>
              </w:rPr>
              <w:t>المجموع</w:t>
            </w:r>
            <w:r>
              <w:rPr>
                <w:rFonts w:eastAsia="Arial"/>
                <w:b/>
                <w:color w:val="FFFFFF"/>
                <w:sz w:val="15"/>
                <w:rtl/>
              </w:rPr>
              <w:br/>
              <w:t>النهائي</w:t>
            </w:r>
            <w:r>
              <w:rPr>
                <w:rFonts w:eastAsia="Arial"/>
                <w:b/>
                <w:color w:val="FFFFFF"/>
                <w:sz w:val="15"/>
                <w:rtl/>
              </w:rPr>
              <w:br/>
              <w:t>100%</w:t>
            </w:r>
          </w:p>
        </w:tc>
        <w:tc>
          <w:tcPr>
            <w:tcW w:w="1260" w:type="dxa"/>
            <w:gridSpan w:val="2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03ABC2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rtl/>
              </w:rPr>
              <w:t>التقويم النهائي [40%]</w:t>
            </w:r>
          </w:p>
        </w:tc>
        <w:tc>
          <w:tcPr>
            <w:tcW w:w="630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E0ED20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4"/>
                <w:rtl/>
              </w:rPr>
              <w:t>مجموع</w:t>
            </w:r>
            <w:r>
              <w:rPr>
                <w:rFonts w:eastAsia="Arial"/>
                <w:b/>
                <w:color w:val="FFFFFF"/>
                <w:sz w:val="14"/>
                <w:rtl/>
              </w:rPr>
              <w:br/>
              <w:t>التقويم الثاني</w:t>
            </w:r>
            <w:r>
              <w:rPr>
                <w:rFonts w:eastAsia="Arial"/>
                <w:b/>
                <w:color w:val="FFFFFF"/>
                <w:sz w:val="14"/>
                <w:rtl/>
              </w:rPr>
              <w:br/>
              <w:t>30</w:t>
            </w:r>
          </w:p>
        </w:tc>
        <w:tc>
          <w:tcPr>
            <w:tcW w:w="8460" w:type="dxa"/>
            <w:gridSpan w:val="17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F58838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rtl/>
              </w:rPr>
              <w:t>التقويم الثاني: أداة التقويم الواقعي المستمر [30%]</w:t>
            </w:r>
          </w:p>
        </w:tc>
        <w:tc>
          <w:tcPr>
            <w:tcW w:w="1260" w:type="dxa"/>
            <w:gridSpan w:val="2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778A8A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rtl/>
              </w:rPr>
              <w:t>التقويم الأول [30%]</w:t>
            </w:r>
          </w:p>
        </w:tc>
        <w:tc>
          <w:tcPr>
            <w:tcW w:w="2991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0A917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  <w:rtl/>
              </w:rPr>
              <w:t>اسم الطالب/ة</w:t>
            </w:r>
          </w:p>
        </w:tc>
        <w:tc>
          <w:tcPr>
            <w:tcW w:w="604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1F4E7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7B3572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  <w:rtl/>
              </w:rPr>
              <w:t>الرقم</w:t>
            </w:r>
          </w:p>
        </w:tc>
      </w:tr>
      <w:tr w:rsidR="00EC7FD9" w14:paraId="33F25700" w14:textId="77777777" w:rsidTr="002F3DF4">
        <w:trPr>
          <w:trHeight w:hRule="exact" w:val="720"/>
          <w:jc w:val="center"/>
        </w:trPr>
        <w:tc>
          <w:tcPr>
            <w:tcW w:w="892" w:type="dxa"/>
            <w:vMerge/>
          </w:tcPr>
          <w:p w14:paraId="2A4CE669" w14:textId="77777777" w:rsidR="00DF331A" w:rsidRDefault="00DF331A"/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30075C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عملي /5</w:t>
            </w: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973D9F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نظري /35</w:t>
            </w:r>
          </w:p>
        </w:tc>
        <w:tc>
          <w:tcPr>
            <w:tcW w:w="630" w:type="dxa"/>
            <w:vMerge/>
          </w:tcPr>
          <w:p w14:paraId="7923D77F" w14:textId="77777777" w:rsidR="00DF331A" w:rsidRDefault="00DF331A"/>
        </w:tc>
        <w:tc>
          <w:tcPr>
            <w:tcW w:w="2610" w:type="dxa"/>
            <w:gridSpan w:val="5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0F2210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السلوكيات /5</w:t>
            </w:r>
            <w:r>
              <w:rPr>
                <w:rFonts w:eastAsia="Arial"/>
                <w:color w:val="FFFFFF"/>
                <w:sz w:val="16"/>
                <w:rtl/>
              </w:rPr>
              <w:br/>
              <w:t>(1 لكل سلوك)</w:t>
            </w:r>
          </w:p>
        </w:tc>
        <w:tc>
          <w:tcPr>
            <w:tcW w:w="2250" w:type="dxa"/>
            <w:gridSpan w:val="5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29AB47A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المهارات /5</w:t>
            </w:r>
            <w:r>
              <w:rPr>
                <w:rFonts w:eastAsia="Arial"/>
                <w:color w:val="FFFFFF"/>
                <w:sz w:val="16"/>
                <w:rtl/>
              </w:rPr>
              <w:br/>
              <w:t>(1 لكل مهارة)</w:t>
            </w:r>
          </w:p>
        </w:tc>
        <w:tc>
          <w:tcPr>
            <w:tcW w:w="2250" w:type="dxa"/>
            <w:gridSpan w:val="5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0A7F1D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النتاجات /10</w:t>
            </w:r>
            <w:r>
              <w:rPr>
                <w:rFonts w:eastAsia="Arial"/>
                <w:color w:val="FFFFFF"/>
                <w:sz w:val="16"/>
                <w:rtl/>
              </w:rPr>
              <w:br/>
              <w:t>(2 لكل نتاج)</w:t>
            </w:r>
          </w:p>
        </w:tc>
        <w:tc>
          <w:tcPr>
            <w:tcW w:w="630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1BB70B9" w14:textId="77777777" w:rsidR="00DF331A" w:rsidRPr="00EC7FD9" w:rsidRDefault="00AA2FE7">
            <w:pPr>
              <w:bidi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C7FD9">
              <w:rPr>
                <w:rFonts w:eastAsia="Arial"/>
                <w:b/>
                <w:bCs/>
                <w:color w:val="FFFFFF"/>
                <w:sz w:val="20"/>
                <w:szCs w:val="20"/>
                <w:rtl/>
              </w:rPr>
              <w:t>الواجبات</w:t>
            </w:r>
            <w:r w:rsidRPr="00EC7FD9">
              <w:rPr>
                <w:rFonts w:eastAsia="Arial"/>
                <w:b/>
                <w:bCs/>
                <w:color w:val="FFFFFF"/>
                <w:sz w:val="20"/>
                <w:szCs w:val="20"/>
                <w:rtl/>
              </w:rPr>
              <w:br/>
              <w:t>/5</w:t>
            </w:r>
          </w:p>
        </w:tc>
        <w:tc>
          <w:tcPr>
            <w:tcW w:w="720" w:type="dxa"/>
            <w:vMerge w:val="restart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E04658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5"/>
                <w:rtl/>
              </w:rPr>
              <w:t>اختبارات</w:t>
            </w:r>
            <w:r>
              <w:rPr>
                <w:rFonts w:eastAsia="Arial"/>
                <w:color w:val="FFFFFF"/>
                <w:sz w:val="15"/>
                <w:rtl/>
              </w:rPr>
              <w:br/>
              <w:t>قصيرة /5</w:t>
            </w: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F76F58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عملي /5</w:t>
            </w: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77407C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color w:val="FFFFFF"/>
                <w:sz w:val="16"/>
                <w:rtl/>
              </w:rPr>
              <w:t>نظري /25</w:t>
            </w:r>
          </w:p>
        </w:tc>
        <w:tc>
          <w:tcPr>
            <w:tcW w:w="2991" w:type="dxa"/>
            <w:vMerge/>
          </w:tcPr>
          <w:p w14:paraId="08F1B3C3" w14:textId="77777777" w:rsidR="00DF331A" w:rsidRDefault="00DF331A"/>
        </w:tc>
        <w:tc>
          <w:tcPr>
            <w:tcW w:w="604" w:type="dxa"/>
            <w:vMerge/>
          </w:tcPr>
          <w:p w14:paraId="3B89E3BB" w14:textId="77777777" w:rsidR="00DF331A" w:rsidRDefault="00DF331A"/>
        </w:tc>
      </w:tr>
      <w:tr w:rsidR="00EC7FD9" w14:paraId="29829B39" w14:textId="77777777" w:rsidTr="002F3DF4">
        <w:trPr>
          <w:trHeight w:hRule="exact" w:val="321"/>
          <w:jc w:val="center"/>
        </w:trPr>
        <w:tc>
          <w:tcPr>
            <w:tcW w:w="892" w:type="dxa"/>
            <w:vMerge/>
          </w:tcPr>
          <w:p w14:paraId="73005B36" w14:textId="77777777" w:rsidR="00DF331A" w:rsidRDefault="00DF331A"/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B81A0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CA8E1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vMerge/>
          </w:tcPr>
          <w:p w14:paraId="69B95687" w14:textId="77777777" w:rsidR="00DF331A" w:rsidRDefault="00DF331A"/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395AE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5</w:t>
            </w: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610BEF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4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13BC9E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3</w:t>
            </w: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37EFB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2</w:t>
            </w: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F3EBB1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1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A59F39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5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DA10D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4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C4FEB8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3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6CA101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2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96953C4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1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BF6D14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5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C8812B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4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1100D7D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3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E23718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2</w:t>
            </w: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6886E2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6"/>
                <w:rtl/>
              </w:rPr>
              <w:t>1</w:t>
            </w:r>
          </w:p>
        </w:tc>
        <w:tc>
          <w:tcPr>
            <w:tcW w:w="630" w:type="dxa"/>
            <w:vMerge/>
          </w:tcPr>
          <w:p w14:paraId="290B6CE9" w14:textId="77777777" w:rsidR="00DF331A" w:rsidRDefault="00DF331A"/>
        </w:tc>
        <w:tc>
          <w:tcPr>
            <w:tcW w:w="720" w:type="dxa"/>
            <w:vMerge/>
          </w:tcPr>
          <w:p w14:paraId="365DF432" w14:textId="77777777" w:rsidR="00DF331A" w:rsidRDefault="00DF331A"/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6DFBE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4F81BD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66A42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vMerge/>
          </w:tcPr>
          <w:p w14:paraId="6FB4BCC4" w14:textId="77777777" w:rsidR="00DF331A" w:rsidRDefault="00DF331A"/>
        </w:tc>
        <w:tc>
          <w:tcPr>
            <w:tcW w:w="604" w:type="dxa"/>
            <w:vMerge/>
          </w:tcPr>
          <w:p w14:paraId="03BA9F6C" w14:textId="77777777" w:rsidR="00DF331A" w:rsidRDefault="00DF331A"/>
        </w:tc>
      </w:tr>
      <w:tr w:rsidR="00EC7FD9" w14:paraId="62D827B9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899AE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081E1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76CBC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740AA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C86F9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6E016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385E2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81C01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B1E5E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CCA7D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4F479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7AEC2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C3AFF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42D42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D196D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94724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F0BBC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616F2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1F30B1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FDEB0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2DE67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F0061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25824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045DB6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8BE4E0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21</w:t>
            </w:r>
          </w:p>
        </w:tc>
      </w:tr>
      <w:tr w:rsidR="00EC7FD9" w14:paraId="0990CC31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978CB3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181D5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2BA80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DA825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C817D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47FFE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3033F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46E48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BAA9D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E11CAC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9C5CD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A2F21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2DF62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4483C6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425BB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C45D2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36A8C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F61E6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F856A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209E87" w14:textId="7B8D96D3" w:rsidR="00DF331A" w:rsidRDefault="00EC7FD9">
            <w:pPr>
              <w:bidi/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6E8FD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91DD9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EDB3B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13F64B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DC5AB5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22</w:t>
            </w:r>
          </w:p>
        </w:tc>
      </w:tr>
      <w:tr w:rsidR="00EC7FD9" w14:paraId="66C4F509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F61FA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286DA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039DC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C8834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62210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99CD4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64FE6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81691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A8D0B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25B31E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97353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E0D92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F71E5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537E1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182E3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B0C36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440ED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FA4D8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7E3FA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5D38F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60593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4A7C6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9244F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6CAC9F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271107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23</w:t>
            </w:r>
          </w:p>
        </w:tc>
      </w:tr>
      <w:tr w:rsidR="00EC7FD9" w14:paraId="43C07E6A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CF93CA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98991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364A6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D0D75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E1E57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2DF82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95C0C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11F04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3CC1E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E734B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DD8DF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19B4B5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A70F7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08480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1C016A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130C90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9DB1C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BA89D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46054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45FD7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18A0C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DDE6F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F33DD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9766D4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5075B5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24</w:t>
            </w:r>
          </w:p>
        </w:tc>
      </w:tr>
      <w:tr w:rsidR="00EC7FD9" w14:paraId="0F1CD728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BE844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E61EA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C325AE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D6749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84467F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54C8F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AE96F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E1E5B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36442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E10EC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0142F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71A5B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EF1D9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5022D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54A5C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67EAA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A1E71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2ABF0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EE9A4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A1548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33DA5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4C10A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27905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DA1461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4CA9D9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25</w:t>
            </w:r>
          </w:p>
        </w:tc>
      </w:tr>
      <w:tr w:rsidR="00EC7FD9" w14:paraId="3C685196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76CD8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8B7B67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E0E2A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64FE0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735EE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0D0C3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99EE8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D60570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F7AB4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7235F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8DB5B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8073D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E9A50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6DAD4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9E4B0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B1F0A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46A736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2DA723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5B7C9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C8A9C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2695E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51B1D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2110D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8F48A5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E29B30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26</w:t>
            </w:r>
          </w:p>
        </w:tc>
      </w:tr>
      <w:tr w:rsidR="00EC7FD9" w14:paraId="676CC83B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0EB67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47ADE4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8AF1F7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56FCD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2F5B9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D9774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C12EA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2777A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26F01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D693F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F7B8E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7E7DD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AF8DC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DF0D3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0AF5D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B85DA1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0BE1B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E023F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CCFC04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11051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CFD294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24A40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B4FB8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224E38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1FB4EC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27</w:t>
            </w:r>
          </w:p>
        </w:tc>
      </w:tr>
      <w:tr w:rsidR="00EC7FD9" w14:paraId="36AD27EB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4A5B1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94A0F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F1403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392ED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C68BB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EA489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EEA3C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0E504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2B849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8AA74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13FC9B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29A46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93FA9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01A5D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44C07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97688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8919C5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28AB2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439B07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335D6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94388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E4863C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28F55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0587EA9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FFBAC6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28</w:t>
            </w:r>
          </w:p>
        </w:tc>
      </w:tr>
      <w:tr w:rsidR="00EC7FD9" w14:paraId="1F574167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E134B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B0423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E9543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50447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5EEFD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E23821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43742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DCC631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50288E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49EEA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54C75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6F620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10FDF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EBA88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ACF49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E2F615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AB68B2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04CEE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8334B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890E9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00A73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1BE15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9FAF5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15E741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559C3A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29</w:t>
            </w:r>
          </w:p>
        </w:tc>
      </w:tr>
      <w:tr w:rsidR="00EC7FD9" w14:paraId="0EF0E8FF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74C84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34776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D49C6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81F9C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5854F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C10D8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30E6E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6173D9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A234C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D074B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1B4F7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C3D1F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5B76E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ED76C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9F1FC3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365C0F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A8AEA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411E3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315D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DFD92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9A4D3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891ED1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421DB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07BE24F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A5B3D6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30</w:t>
            </w:r>
          </w:p>
        </w:tc>
      </w:tr>
      <w:tr w:rsidR="00EC7FD9" w14:paraId="20E8FFC8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272BD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CA4F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45C4C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9C252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84AD9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73FB4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E7B3BD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B4772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E4C2C9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58A99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6F4AB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9148A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9D458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800BB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4DC7D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CF7651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EDAD6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21E29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FDBD9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55E95A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89F2A8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2FBCE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6FFDA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61FD68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433230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31</w:t>
            </w:r>
          </w:p>
        </w:tc>
      </w:tr>
      <w:tr w:rsidR="00EC7FD9" w14:paraId="4C8C7F2F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A969C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4CC0F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94190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291E6A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24A9A4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30CF76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7ADB1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33EA8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1BA245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105CC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C4AD0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2E410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C827E5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34C72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C952A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7493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4E767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E23D46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98421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2C61E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B54E1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807F8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A9FF7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BB5240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4F340B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32</w:t>
            </w:r>
          </w:p>
        </w:tc>
      </w:tr>
      <w:tr w:rsidR="00EC7FD9" w14:paraId="3B43FD66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F80B3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D2E7F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1AB8C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42FFC2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E9CED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B10A6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E9451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0C999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36CF09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5707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B4A1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A9195E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E319AE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0FBE9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710B08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5111E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F294D4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E86354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DB7674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029B6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F10EC0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3B9D0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05447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2007A7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D298FD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33</w:t>
            </w:r>
          </w:p>
        </w:tc>
      </w:tr>
      <w:tr w:rsidR="00EC7FD9" w14:paraId="66CA220E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A5D03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5F103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FE0AC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6F1989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76C5B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8B216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8CF07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DF1D7B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EDD3E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E672B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2CBF32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3C181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757DB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65321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83EACC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77897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E16A0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AD798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1C8BA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2694C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2693F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3069C3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A3694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0BBD31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65C1D6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34</w:t>
            </w:r>
          </w:p>
        </w:tc>
      </w:tr>
      <w:tr w:rsidR="00EC7FD9" w14:paraId="69A14C4D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8961E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7DCD8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D43BD5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C39D1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D6DE66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C2BD01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DB96D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3699B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B2B7D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43E18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303F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03DF7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A9FC14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C58DD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E03A6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2DDA5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91DE95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8C744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654EBC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2E62F6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B52A8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2C778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F20F4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D419240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949192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35</w:t>
            </w:r>
          </w:p>
        </w:tc>
      </w:tr>
      <w:tr w:rsidR="00EC7FD9" w14:paraId="1CF9C913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F9240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FE701C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3BC07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B52EC7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4698A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5A14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D4658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47DE4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2856AF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9927D8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E735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7E95CB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E962A1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D9F0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0EF1C0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013369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C216CC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581F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AA797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0215E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102D8A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AFFE6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C02F4E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AE39468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C14828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36</w:t>
            </w:r>
          </w:p>
        </w:tc>
      </w:tr>
      <w:tr w:rsidR="00EC7FD9" w14:paraId="5CBFC2F8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5A3ADA1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348B72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7A73FD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47F6F0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D9301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4162F6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2256ED7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1A01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DBB4B9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4F4B2C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E03DD8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57731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6E81A58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14770B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CBC190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185D96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CB0C23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49D6544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542D7A5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5784AB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8898902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F59F959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9BFD38D" w14:textId="77777777" w:rsidR="00DF331A" w:rsidRDefault="00DF331A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23AA9B" w14:textId="77777777" w:rsidR="00DF331A" w:rsidRDefault="00DF331A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654C2BD" w14:textId="77777777" w:rsidR="00DF331A" w:rsidRDefault="00AA2FE7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37</w:t>
            </w:r>
          </w:p>
        </w:tc>
      </w:tr>
      <w:tr w:rsidR="00EC7FD9" w14:paraId="0D221556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3A79D07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3FF5D4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0C68928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886D6A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BDA69F5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51F90E8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706D0E6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88DF5E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CEE14DA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4A2EB33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25F50C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03687F5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70A7722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88FE84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98B30B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6198376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D5373C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B4CBD2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FBF4A9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BE5A1CD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7D2E56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4674C32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9E2E16C" w14:textId="77777777" w:rsidR="00DF331A" w:rsidRDefault="00DF331A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FEEBC1C" w14:textId="77777777" w:rsidR="00DF331A" w:rsidRDefault="00DF331A" w:rsidP="00A549C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B349C7" w14:textId="77777777" w:rsidR="00DF331A" w:rsidRDefault="00AA2FE7" w:rsidP="00A549CB">
            <w:pPr>
              <w:bidi/>
              <w:spacing w:after="0" w:line="240" w:lineRule="auto"/>
              <w:jc w:val="center"/>
            </w:pPr>
            <w:r>
              <w:rPr>
                <w:rFonts w:eastAsia="Arial"/>
                <w:b/>
                <w:color w:val="000000"/>
                <w:sz w:val="16"/>
                <w:rtl/>
              </w:rPr>
              <w:t>38</w:t>
            </w:r>
          </w:p>
        </w:tc>
      </w:tr>
      <w:tr w:rsidR="00820717" w14:paraId="5F6CA20D" w14:textId="77777777" w:rsidTr="00820717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C82DAE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3145A7C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EE011FA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51E6FDF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3BB6A5DD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905DFAE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631298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0CD18C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73C4FAE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FC9817B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0791928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C70CB1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F3EB121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31DF5C2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6A0B3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23CFAA7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868789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AE6FADE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A33087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2D893B3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9A70509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778D6ED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1DA25D4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8EA06CA" w14:textId="77777777" w:rsidR="00820717" w:rsidRDefault="00820717" w:rsidP="00A549C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FFFFFF" w:themeFill="background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51345E1" w14:textId="5F8F48D2" w:rsidR="00820717" w:rsidRDefault="00820717" w:rsidP="00A549CB">
            <w:pPr>
              <w:bidi/>
              <w:spacing w:after="0" w:line="240" w:lineRule="auto"/>
              <w:jc w:val="center"/>
              <w:rPr>
                <w:rFonts w:eastAsia="Arial"/>
                <w:b/>
                <w:color w:val="000000"/>
                <w:sz w:val="16"/>
                <w:rtl/>
              </w:rPr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39</w:t>
            </w:r>
          </w:p>
        </w:tc>
      </w:tr>
      <w:tr w:rsidR="00820717" w14:paraId="393539A9" w14:textId="77777777" w:rsidTr="002F3DF4">
        <w:trPr>
          <w:trHeight w:hRule="exact" w:val="256"/>
          <w:jc w:val="center"/>
        </w:trPr>
        <w:tc>
          <w:tcPr>
            <w:tcW w:w="892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591BA57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2A691D8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B35D712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B88B1F2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61F53AE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4AD9E79E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497751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739AEA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54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B0AFF9D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FFD067F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8EF158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71971EC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06344613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E710A7D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1AC311A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5E4AE8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61084316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5029F4D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45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0A60D90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D6316D2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72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D6F3108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B8E955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630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9DC2B3C" w14:textId="77777777" w:rsidR="00820717" w:rsidRDefault="00820717" w:rsidP="00A549CB">
            <w:pPr>
              <w:bidi/>
              <w:spacing w:after="0" w:line="240" w:lineRule="auto"/>
              <w:jc w:val="center"/>
            </w:pPr>
          </w:p>
        </w:tc>
        <w:tc>
          <w:tcPr>
            <w:tcW w:w="29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7E736FF7" w14:textId="77777777" w:rsidR="00820717" w:rsidRDefault="00820717" w:rsidP="00A549CB">
            <w:pPr>
              <w:bidi/>
              <w:spacing w:after="0" w:line="240" w:lineRule="auto"/>
              <w:jc w:val="right"/>
            </w:pPr>
          </w:p>
        </w:tc>
        <w:tc>
          <w:tcPr>
            <w:tcW w:w="604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EEF3F8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2D9B4866" w14:textId="189717CA" w:rsidR="00820717" w:rsidRDefault="00820717" w:rsidP="00A549CB">
            <w:pPr>
              <w:bidi/>
              <w:spacing w:after="0" w:line="240" w:lineRule="auto"/>
              <w:jc w:val="center"/>
              <w:rPr>
                <w:rFonts w:eastAsia="Arial"/>
                <w:b/>
                <w:color w:val="000000"/>
                <w:sz w:val="16"/>
                <w:rtl/>
              </w:rPr>
            </w:pPr>
            <w:r>
              <w:rPr>
                <w:rFonts w:eastAsia="Arial" w:hint="cs"/>
                <w:b/>
                <w:color w:val="000000"/>
                <w:sz w:val="16"/>
                <w:rtl/>
              </w:rPr>
              <w:t>40</w:t>
            </w:r>
          </w:p>
        </w:tc>
      </w:tr>
    </w:tbl>
    <w:p w14:paraId="0F5C454A" w14:textId="21495124" w:rsidR="00672FB4" w:rsidRPr="00A549CB" w:rsidRDefault="00AA2FE7" w:rsidP="00A549CB">
      <w:pPr>
        <w:bidi/>
        <w:spacing w:after="0" w:line="240" w:lineRule="auto"/>
        <w:rPr>
          <w:rFonts w:eastAsia="Arial"/>
          <w:b/>
          <w:bCs/>
          <w:color w:val="000000"/>
          <w:sz w:val="24"/>
          <w:szCs w:val="24"/>
        </w:rPr>
      </w:pPr>
      <w:bookmarkStart w:id="3" w:name="_Hlk238924206"/>
      <w:r w:rsidRPr="00A549CB">
        <w:rPr>
          <w:rFonts w:eastAsia="Arial"/>
          <w:b/>
          <w:bCs/>
          <w:color w:val="000000"/>
          <w:sz w:val="24"/>
          <w:szCs w:val="24"/>
          <w:rtl/>
        </w:rPr>
        <w:t xml:space="preserve">توزيع </w:t>
      </w:r>
      <w:r w:rsidR="00A549CB">
        <w:rPr>
          <w:rFonts w:eastAsia="Arial" w:hint="cs"/>
          <w:b/>
          <w:bCs/>
          <w:color w:val="000000"/>
          <w:sz w:val="24"/>
          <w:szCs w:val="24"/>
          <w:rtl/>
        </w:rPr>
        <w:t xml:space="preserve">علامات </w:t>
      </w:r>
      <w:r w:rsidRPr="00A549CB">
        <w:rPr>
          <w:rFonts w:eastAsia="Arial"/>
          <w:b/>
          <w:bCs/>
          <w:color w:val="000000"/>
          <w:sz w:val="24"/>
          <w:szCs w:val="24"/>
          <w:rtl/>
        </w:rPr>
        <w:t>التقويم الثاني: اختبارات قصيرة (5) + واجبات (5) + نتاجات (10: علامتان لكل نتاج) + مهارات (5: علامة لكل مهارة) + سلوكيات (5: علامة لكل سلوك) = 30 علامة.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5391"/>
        <w:gridCol w:w="5391"/>
      </w:tblGrid>
      <w:tr w:rsidR="00DF331A" w14:paraId="7079ED2B" w14:textId="77777777" w:rsidTr="00672FB4">
        <w:trPr>
          <w:trHeight w:hRule="exact" w:val="402"/>
          <w:jc w:val="center"/>
        </w:trPr>
        <w:tc>
          <w:tcPr>
            <w:tcW w:w="53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bookmarkEnd w:id="3"/>
          <w:p w14:paraId="68B8E44A" w14:textId="77777777" w:rsidR="00DF331A" w:rsidRPr="00A549CB" w:rsidRDefault="00AA2FE7" w:rsidP="00A549CB">
            <w:pPr>
              <w:bidi/>
              <w:spacing w:after="0" w:line="240" w:lineRule="auto"/>
              <w:rPr>
                <w:bCs/>
              </w:rPr>
            </w:pPr>
            <w:r w:rsidRPr="00A549CB">
              <w:rPr>
                <w:rFonts w:eastAsia="Arial"/>
                <w:bCs/>
                <w:color w:val="1F4E78"/>
                <w:sz w:val="17"/>
                <w:rtl/>
              </w:rPr>
              <w:t>اعتماد المشرف/ة التربوي/ة:</w:t>
            </w:r>
          </w:p>
        </w:tc>
        <w:tc>
          <w:tcPr>
            <w:tcW w:w="53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181AD941" w14:textId="77777777" w:rsidR="00DF331A" w:rsidRPr="00A549CB" w:rsidRDefault="00AA2FE7" w:rsidP="00A549CB">
            <w:pPr>
              <w:bidi/>
              <w:spacing w:after="0" w:line="240" w:lineRule="auto"/>
              <w:rPr>
                <w:bCs/>
              </w:rPr>
            </w:pPr>
            <w:r w:rsidRPr="00A549CB">
              <w:rPr>
                <w:rFonts w:eastAsia="Arial"/>
                <w:bCs/>
                <w:color w:val="1F4E78"/>
                <w:sz w:val="17"/>
                <w:rtl/>
              </w:rPr>
              <w:t>متابعة مدير/ة المدرسة:</w:t>
            </w:r>
          </w:p>
        </w:tc>
        <w:tc>
          <w:tcPr>
            <w:tcW w:w="5391" w:type="dxa"/>
            <w:tcBorders>
              <w:top w:val="single" w:sz="5" w:space="0" w:color="6E879E"/>
              <w:left w:val="single" w:sz="5" w:space="0" w:color="6E879E"/>
              <w:bottom w:val="single" w:sz="5" w:space="0" w:color="6E879E"/>
              <w:right w:val="single" w:sz="5" w:space="0" w:color="6E879E"/>
            </w:tcBorders>
            <w:shd w:val="clear" w:color="auto" w:fill="DCE6F1"/>
            <w:tcMar>
              <w:top w:w="30" w:type="dxa"/>
              <w:left w:w="35" w:type="dxa"/>
              <w:bottom w:w="30" w:type="dxa"/>
              <w:right w:w="35" w:type="dxa"/>
            </w:tcMar>
            <w:vAlign w:val="center"/>
          </w:tcPr>
          <w:p w14:paraId="590D5B71" w14:textId="77777777" w:rsidR="00DF331A" w:rsidRPr="00A549CB" w:rsidRDefault="00AA2FE7" w:rsidP="00A549CB">
            <w:pPr>
              <w:bidi/>
              <w:spacing w:after="0" w:line="240" w:lineRule="auto"/>
              <w:rPr>
                <w:bCs/>
              </w:rPr>
            </w:pPr>
            <w:r w:rsidRPr="00A549CB">
              <w:rPr>
                <w:rFonts w:eastAsia="Arial"/>
                <w:bCs/>
                <w:color w:val="1F4E78"/>
                <w:sz w:val="17"/>
                <w:rtl/>
              </w:rPr>
              <w:t>توقيع المعلم/ة:</w:t>
            </w:r>
          </w:p>
        </w:tc>
      </w:tr>
      <w:bookmarkEnd w:id="1"/>
    </w:tbl>
    <w:p w14:paraId="108C72C6" w14:textId="76AA73CC" w:rsidR="00AA2FE7" w:rsidRDefault="00AA2FE7" w:rsidP="00A549CB">
      <w:pPr>
        <w:bidi/>
        <w:spacing w:after="0"/>
        <w:rPr>
          <w:sz w:val="20"/>
          <w:szCs w:val="20"/>
          <w:rtl/>
        </w:rPr>
      </w:pPr>
    </w:p>
    <w:p w14:paraId="65ED1BA8" w14:textId="73DF9FA7" w:rsidR="00A33237" w:rsidRPr="00A33237" w:rsidRDefault="00A33237" w:rsidP="00A33237">
      <w:pPr>
        <w:bidi/>
        <w:spacing w:after="0"/>
        <w:jc w:val="center"/>
        <w:rPr>
          <w:b/>
          <w:bCs/>
          <w:sz w:val="48"/>
          <w:szCs w:val="48"/>
          <w:rtl/>
        </w:rPr>
      </w:pPr>
      <w:r w:rsidRPr="00A33237">
        <w:rPr>
          <w:rFonts w:hint="cs"/>
          <w:b/>
          <w:bCs/>
          <w:sz w:val="48"/>
          <w:szCs w:val="48"/>
          <w:rtl/>
        </w:rPr>
        <w:t>تم التحميل من موقع احباب الأردن</w:t>
      </w:r>
    </w:p>
    <w:p w14:paraId="2FF8E2F9" w14:textId="24928326" w:rsidR="00A33237" w:rsidRPr="00A33237" w:rsidRDefault="00A33237" w:rsidP="00A33237">
      <w:pPr>
        <w:bidi/>
        <w:spacing w:after="0"/>
        <w:jc w:val="center"/>
        <w:rPr>
          <w:b/>
          <w:bCs/>
          <w:sz w:val="48"/>
          <w:szCs w:val="48"/>
        </w:rPr>
      </w:pPr>
      <w:hyperlink r:id="rId6" w:history="1">
        <w:r w:rsidRPr="00A33237">
          <w:rPr>
            <w:rStyle w:val="Hyperlink"/>
            <w:b/>
            <w:bCs/>
            <w:sz w:val="48"/>
            <w:szCs w:val="48"/>
          </w:rPr>
          <w:t>www.jo1jo.com</w:t>
        </w:r>
      </w:hyperlink>
    </w:p>
    <w:p w14:paraId="1E546EAD" w14:textId="77777777" w:rsidR="00A33237" w:rsidRPr="00A549CB" w:rsidRDefault="00A33237" w:rsidP="00A33237">
      <w:pPr>
        <w:bidi/>
        <w:spacing w:after="0"/>
        <w:rPr>
          <w:sz w:val="20"/>
          <w:szCs w:val="20"/>
        </w:rPr>
      </w:pPr>
    </w:p>
    <w:sectPr w:rsidR="00A33237" w:rsidRPr="00A549CB" w:rsidSect="00034616">
      <w:pgSz w:w="16834" w:h="11909" w:orient="landscape"/>
      <w:pgMar w:top="288" w:right="360" w:bottom="288" w:left="360" w:header="72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0053808">
    <w:abstractNumId w:val="8"/>
  </w:num>
  <w:num w:numId="2" w16cid:durableId="1285622541">
    <w:abstractNumId w:val="6"/>
  </w:num>
  <w:num w:numId="3" w16cid:durableId="1709449738">
    <w:abstractNumId w:val="5"/>
  </w:num>
  <w:num w:numId="4" w16cid:durableId="36589063">
    <w:abstractNumId w:val="4"/>
  </w:num>
  <w:num w:numId="5" w16cid:durableId="1298803861">
    <w:abstractNumId w:val="7"/>
  </w:num>
  <w:num w:numId="6" w16cid:durableId="1120688114">
    <w:abstractNumId w:val="3"/>
  </w:num>
  <w:num w:numId="7" w16cid:durableId="18362522">
    <w:abstractNumId w:val="2"/>
  </w:num>
  <w:num w:numId="8" w16cid:durableId="306517920">
    <w:abstractNumId w:val="1"/>
  </w:num>
  <w:num w:numId="9" w16cid:durableId="1518231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5151"/>
    <w:rsid w:val="000F1D7B"/>
    <w:rsid w:val="0015074B"/>
    <w:rsid w:val="0029639D"/>
    <w:rsid w:val="002F3DF4"/>
    <w:rsid w:val="00326F90"/>
    <w:rsid w:val="00672FB4"/>
    <w:rsid w:val="00820717"/>
    <w:rsid w:val="00881B51"/>
    <w:rsid w:val="00A33237"/>
    <w:rsid w:val="00A549CB"/>
    <w:rsid w:val="00AA1D8D"/>
    <w:rsid w:val="00AA2FE7"/>
    <w:rsid w:val="00B47730"/>
    <w:rsid w:val="00C62550"/>
    <w:rsid w:val="00CB0664"/>
    <w:rsid w:val="00D06D78"/>
    <w:rsid w:val="00DF331A"/>
    <w:rsid w:val="00EC7F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C648D91"/>
  <w14:defaultImageDpi w14:val="300"/>
  <w15:docId w15:val="{280B87D4-A018-3C48-AF5F-A83946493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 w:cs="Arial"/>
      <w:sz w:val="18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a2"/>
    <w:uiPriority w:val="99"/>
    <w:unhideWhenUsed/>
    <w:rsid w:val="00A33237"/>
    <w:rPr>
      <w:color w:val="0000FF" w:themeColor="hyperlink"/>
      <w:u w:val="single"/>
    </w:rPr>
  </w:style>
  <w:style w:type="character" w:styleId="aff2">
    <w:name w:val="Unresolved Mention"/>
    <w:basedOn w:val="a2"/>
    <w:uiPriority w:val="99"/>
    <w:semiHidden/>
    <w:unhideWhenUsed/>
    <w:rsid w:val="00A332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jo1j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dc:description>generated by python-docx</dc:description>
  <cp:lastModifiedBy>mohammad alawnat</cp:lastModifiedBy>
  <cp:revision>3</cp:revision>
  <dcterms:created xsi:type="dcterms:W3CDTF">2026-08-29T16:35:00Z</dcterms:created>
  <dcterms:modified xsi:type="dcterms:W3CDTF">2026-09-07T20:44:00Z</dcterms:modified>
  <cp:category/>
</cp:coreProperties>
</file>